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לפי הקטגוריה שלהן (סיבה, תוצאה, ניגוד, ויתור, הוספה, תכלית)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עצמאיים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מילת הוספה שמוסיפה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מציגה הבדל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מכיל כי/מפני ש וקשר ברור לסיבה; משפט שני מכיל ואילו/לעומת זאת וקשר ברור לניגוד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כי/מפני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ואילו/לעומת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לכן/לפיכך המחבר בין סיבה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בהפיכת הכרטיסים מהאתר כהכנה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המשפטים בקול רם כדי לחזק את ההבנה השמיעתית של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בפריטים ללא סימון skip_n ולהוסיף דוגמה אחת לכל קטגוריה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קישור מחברות בין משפטים ומסבירות את הקשר ביניהם - האם מדובר בסיבה, בתוצאה, בניגוד, בוויתור, בהוספה או בתכלית. בדף הזה נתרגל את מילות הקישור הנפוצות.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לכן  ·  ואילו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"כי"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"ואילו"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"יתר על כן" מציינת הוספה.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"לעומת זאת" מציינת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דני התאמן הרבה, __________ הוא שיחק טוב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אוהב כדורסל, __________ אחיו אוהב כדורגל.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מילת קישור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לכן /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 /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ואילו /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כמו כן / יתר על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מילת קישור של סיבה ומשפט נוסף עם מילת קישור של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קישור אחת שמציינת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קישור אחת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