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לפי הקטגוריה שלהן (סיבה, תוצאה, ניגוד, ויתור, הוספה, תכלית)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עצמאיים עם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הקטגוריה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"מפני ש" מציינת סיבה, לא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מילת הוספה שמוסיפה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מציגה הבדל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"על מנת ל" מציינת תכלית, לא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מציינת שלמרות קושי קרה משהו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הקישור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כדי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קישור לקטגוריה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(הוספה)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מכיל כי/מפני ש וקשר ברור לסיבה; משפט שני מכיל ואילו/לעומת זאת וקשר ברור לניגוד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עם כדי ש/על מנת ל, הכולל מטרה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כי/מפני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ואילו/לעומת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עם לכן/לפיכך המחבר בין סיבה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בהפיכת הכרטיסים מהאתר כהכנה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המשפטים בקול רם כדי לחזק את ההבנה השמיעתית של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להתמקד בפריטים ללא סימון skip_n ולהוסיף דוגמה אחת לכל קטגוריה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קטנות שמחברות בין משפטים. כל מילה כזו אומרת לנו משהו - למה זה קרה, מה קרה בסוף, או שיש הבדל בין שני דברים. נלמד את המילים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שני משפטים ומסבירה את הקשר ביניהם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 משהו קרה - למשל: כי, מפני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קרה בסוף - למשל: לכן, לפיכך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 בין שני דברים - למשל: ואילו, לעומת זאת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למרות שיש בעיה, קרה משהו אחר - למשל: למרות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הוספה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נוסף - למשל: כמו כן, יתר על 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של הפעולה - למשל: כדי ש, על מנת 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הקטגוריה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"כי" זה לציון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"לכן" זה לציון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"ואילו" זה לציון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"למרות ש" זה לציון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"כמו כן" זה לציון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"כדי ש" זה לציון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"מפני ש" מציינת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"יתר על כן" מציינת הוספה.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"לעומת זאת" מציינת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"על מנת ל" מציינת ויתור.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"אף על פי ש" מציינת ויתור.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דני התאמן הרבה, __________ הוא שיחק טוב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איחרה __________ הרכבת התעכבה.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הוא אוהב כדורסל, __________ אחיו אוהב כדורגל.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היה לו קר, הוא לא לבש מעיל.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היא למדה שעות רבות __________ תצליח במבחן.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מילת קישור לקטגוריה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לכן / לפיכך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 / מפני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ואילו /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למרות ש / אף על פי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כמו כן / יתר על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מילת קישור של סיבה ומשפט נוסף עם מילת קישור של ניגוד.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מילת קישור של תכלית, המסביר מטרה של פעולה.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שמציינת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שמציינת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מילת קישור של תוצאה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